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הרחבת 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הרחבת המשפט (מי, איפה, מתי, איך, למה, מה הרגישו)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 הפרט שמוסיפים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בסיסי והרחבתו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על איזו שאלה עונה הפרט?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מי? ואיזה?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כותבים משפט קצר ובסיסי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המשפט גדל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שלב ה'למה'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בכיתות הצעירות מספיקים 1-2 שלבים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בסולם לדוגמה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(הכלב הקטן והחום)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(בחצר של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(בהפסקה הגדולה)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(במהירות ובשמחה)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(כי שמע את הצלצול)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הסולם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הבסיסי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מי? איזה?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הרחיבו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את המשפט הבסיסי בתוספת מקום וזמן, והוא עדיין ברור ומובן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המשפט כולל סיבה ותוצאה, ואם צריך - מפוצל לשני משפטים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בסיסי קצר, משפט מורחב כולל פרטים נוספים כמו מקום, זמן וסיבה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שמתארת מקום, למשל 'בבית הספר' או 'בחצר'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יישאר ברור ולא יהיה עמוס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א-ב מומלץ לתרגל רק שלבי 'איפה' ו'מתי', ולדלג על שלבי הקושי הגבוה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ה'open' בזוגות ולקרוא בקול את המשפטים המורחבים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שמטרת ההרחבה היא העשרת המשפט, לא רק הארכתו - חשוב לבדוק בהירות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הרחבת 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משפט קטן. בכל פעם מוסיפים לו מילה אחת חדשה. בסוף המשפט נהיה גדול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בסיסי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בלי פרטים 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להרחיב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פרטים למשפט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מי? איזה?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מי עשה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באיזה מקום קרה הדבר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באיזה זמן קרה הדבר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באיזו דרך נעשה הדבר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מה הייתה הסיבה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הרגישו?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איזה רגש או תוצאה היו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על איזו שאלה עונה הפרט?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'בחצר' זה איפה או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'בהפסקה הגדולה' זה מתי או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'בשמחה' זה איך או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'כי' מסביר סיבה - זה איזו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זה מתאר את מי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 ואיך?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ואיזה?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בסולם כותבים משפט ארוך עם הרבה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שלב בסולם מוסיפים פרט אחד בלבד למשפט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'למה' עוזרת להוסיף למשפט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א-ב צריך תמיד להוסיף את כל שבעת השלבים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'מהר מאוד'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'בבוקר'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'ליד הים'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'כי היה עייף' עונה על השאלה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בסולם לדוגמה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 איזה?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בהפסקה הגדולה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הכלב הקטן והחום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שמע את הצלצול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בחצר של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במהירות ובשמחה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הסולם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מי? איזה?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הבסיסי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הרחיבו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בסיסי מהרשימה (למשל 'הילד צייר') והוסיפו לו פרט של מקום ושל זמן. כתבו את המשפט החדש.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משפט ממשימה קודמת והוסיפו לו גם סיבה (למה) וגם תוצאה (מה הרגישו). אם המשפט נהיה ארוך מדי, פצלו אותו לשני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בסיסי למשפט מורחב?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שעונה על השאלה 'איפה?'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לפצל משפט ארוך מדי לשניים?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הרחבת משפט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