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הרחבת 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הרחבת המשפט (מי, איפה, מתי, איך, למה, מה הרגישו)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סוג הפרט שמוסיפים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 בסיסי והרחבתו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על איזו שאלה עונה הפרט?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מי? ואיזה?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כותבים משפט קצר ובסיסי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המשפט גדל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 שלב ה'למה'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בכיתות הצעירות מספיקים 1-2 שלבים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השאלה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בסולם לדוגמה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(הכלב הקטן והחום)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(בחצר של 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(בהפסקה הגדולה)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(במהירות ובשמחה)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(כי שמע את הצלצול)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הסולם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הבסיסי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מי? איזה?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הרחיבו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את המשפט הבסיסי בתוספת מקום וזמן, והוא עדיין ברור ומובן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המשפט כולל סיבה ותוצאה, ואם צריך - מפוצל לשני משפטים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בסיסי קצר, משפט מורחב כולל פרטים נוספים כמו מקום, זמן וסיבה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שמתארת מקום, למשל 'בבית הספר' או 'בחצר'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שהמשפט יישאר ברור ולא יהיה עמוס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א-ב מומלץ לתרגל רק שלבי 'איפה' ו'מתי', ולדלג על שלבי הקושי הגבוה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משימת ה'open' בזוגות ולקרוא בקול את המשפטים המורחבים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שמטרת ההרחבה היא העשרת המשפט, לא רק הארכתו - חשוב לבדוק בהירות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הרחבת 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בסולם הרחבת משפט מתחילים ממשפט קצר ובכל שלב מוסיפים פרט אחד, עד שהמשפט הופך לעשיר ומפורט יותר.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על איזו שאלה עונה הפרט?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'בחצר' עונה על השאלה...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'בהפסקה הגדולה' עונה על השאלה...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'בשמחה' עונה על השאלה...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המשפט 'כי שמע את הצלצול' עונה על השאלה...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'הכלב הקטן והחום' זו תשובה לשאלה...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 ואיך?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מי? ואיזה?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בסולם כותבים משפט ארוך עם הרבה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שלב בסולם מוסיפים פרט אחד בלבד למשפט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'למה' עוזרת להוסיף למשפט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א-ב צריך תמיד להוסיף את כל שבעת השלבים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'מהר מאוד' עונה על השאלה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'בבוקר' עונה על השאלה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'ליד הים' עונה על השאלה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'כי היה עייף' עונה על השאלה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בסולם לדוגמה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 איזה?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 שמע את הצלצול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בהפסקה הגדולה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במהירות ובשמחה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הכלב הקטן והחום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בחצר של 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הסולם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מי? איזה?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הבסיסי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איפה?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הרחיבו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משפט בסיסי מהרשימה (למשל 'הילד צייר') והוסיפו לו פרט של מקום ושל זמן. כתבו את המשפט החדש.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קחו משפט ממשימה קודמת והוסיפו לו גם סיבה (למה) וגם תוצאה (מה הרגישו). אם המשפט נהיה ארוך מדי, פצלו אותו לשני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משפט בסיסי למשפט מורחב?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שעונה על השאלה 'איפה?'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לפצל משפט ארוך מדי לשניים?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סולם הרחבת משפט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